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CB07" w14:textId="77777777" w:rsidR="007108F4" w:rsidRPr="00601698" w:rsidRDefault="00A95B4B">
      <w:pPr>
        <w:spacing w:before="60" w:after="40"/>
        <w:jc w:val="center"/>
        <w:rPr>
          <w:lang w:val="es-AR"/>
        </w:rPr>
      </w:pPr>
      <w:r w:rsidRPr="00601698">
        <w:rPr>
          <w:b/>
          <w:sz w:val="23"/>
          <w:lang w:val="es-AR"/>
        </w:rPr>
        <w:t>ANEXO II</w:t>
      </w:r>
    </w:p>
    <w:p w14:paraId="21F96E03" w14:textId="77777777" w:rsidR="007108F4" w:rsidRPr="00601698" w:rsidRDefault="00A95B4B">
      <w:pPr>
        <w:spacing w:after="140"/>
        <w:jc w:val="center"/>
        <w:rPr>
          <w:lang w:val="es-AR"/>
        </w:rPr>
      </w:pPr>
      <w:r w:rsidRPr="00601698">
        <w:rPr>
          <w:b/>
          <w:sz w:val="22"/>
          <w:lang w:val="es-AR"/>
        </w:rPr>
        <w:t>FORMULARIO DE DENUNCIA DE VIOLENCIA DE GÉNERO DIRECTA O INDIRECTA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84"/>
        <w:gridCol w:w="226"/>
        <w:gridCol w:w="907"/>
        <w:gridCol w:w="510"/>
        <w:gridCol w:w="1134"/>
        <w:gridCol w:w="510"/>
        <w:gridCol w:w="2383"/>
        <w:gridCol w:w="44"/>
      </w:tblGrid>
      <w:tr w:rsidR="007108F4" w14:paraId="490C36AE" w14:textId="77777777">
        <w:trPr>
          <w:cantSplit/>
          <w:trHeight w:val="408"/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78FE31D8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Fecha que se realiza la denuncia: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4ACB2A9F" w14:textId="77777777" w:rsidR="007108F4" w:rsidRDefault="00A95B4B">
            <w:r>
              <w:rPr>
                <w:b/>
                <w:sz w:val="18"/>
              </w:rPr>
              <w:t>Día: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6F2EF90A" w14:textId="77777777" w:rsidR="007108F4" w:rsidRDefault="007108F4"/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7814E852" w14:textId="77777777" w:rsidR="007108F4" w:rsidRDefault="00A95B4B">
            <w:r>
              <w:rPr>
                <w:b/>
                <w:sz w:val="18"/>
              </w:rPr>
              <w:t>Mes: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55217D03" w14:textId="77777777" w:rsidR="007108F4" w:rsidRDefault="007108F4"/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00C5B33C" w14:textId="77777777" w:rsidR="007108F4" w:rsidRDefault="00A95B4B">
            <w:r>
              <w:rPr>
                <w:b/>
                <w:sz w:val="18"/>
              </w:rPr>
              <w:t>Año: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3B79C1CA" w14:textId="77777777" w:rsidR="007108F4" w:rsidRDefault="007108F4"/>
        </w:tc>
      </w:tr>
      <w:tr w:rsidR="007108F4" w:rsidRPr="00601698" w14:paraId="15780AFC" w14:textId="77777777">
        <w:trPr>
          <w:gridAfter w:val="1"/>
          <w:wAfter w:w="44" w:type="dxa"/>
          <w:cantSplit/>
          <w:trHeight w:val="408"/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9A7D69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Sede que se realiza la denuncia:</w:t>
            </w:r>
          </w:p>
        </w:tc>
        <w:tc>
          <w:tcPr>
            <w:tcW w:w="5670" w:type="dxa"/>
            <w:gridSpan w:val="6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CA1AEE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25AEAB12" w14:textId="77777777">
        <w:trPr>
          <w:gridAfter w:val="1"/>
          <w:wAfter w:w="44" w:type="dxa"/>
          <w:cantSplit/>
          <w:trHeight w:val="408"/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4A15F4" w14:textId="77777777" w:rsidR="007108F4" w:rsidRDefault="00A95B4B">
            <w:r>
              <w:rPr>
                <w:b/>
                <w:sz w:val="18"/>
              </w:rPr>
              <w:t>Ciudad:</w:t>
            </w:r>
          </w:p>
        </w:tc>
        <w:tc>
          <w:tcPr>
            <w:tcW w:w="5670" w:type="dxa"/>
            <w:gridSpan w:val="6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38F227" w14:textId="77777777" w:rsidR="007108F4" w:rsidRDefault="007108F4"/>
        </w:tc>
      </w:tr>
    </w:tbl>
    <w:p w14:paraId="38E59068" w14:textId="77777777" w:rsidR="007108F4" w:rsidRDefault="007108F4">
      <w:pPr>
        <w:spacing w:after="20"/>
      </w:pPr>
    </w:p>
    <w:p w14:paraId="59E1A877" w14:textId="77777777" w:rsidR="007108F4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</w:pPr>
      <w:r>
        <w:rPr>
          <w:color w:val="1F2933"/>
        </w:rPr>
        <w:t>IDENTIFICACIÓN DE LA PERSONA DENUNCIANTE</w:t>
      </w:r>
    </w:p>
    <w:p w14:paraId="4108D065" w14:textId="77777777" w:rsidR="007108F4" w:rsidRPr="00601698" w:rsidRDefault="00A95B4B">
      <w:pPr>
        <w:spacing w:after="80" w:line="252" w:lineRule="auto"/>
        <w:rPr>
          <w:lang w:val="es-AR"/>
        </w:rPr>
      </w:pPr>
      <w:r w:rsidRPr="00601698">
        <w:rPr>
          <w:sz w:val="18"/>
          <w:lang w:val="es-AR"/>
        </w:rPr>
        <w:t>Datos de identificación respecto a quien realiza la denuncia. Marque con una “X” la alternativa que corresponda: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  <w:gridCol w:w="567"/>
      </w:tblGrid>
      <w:tr w:rsidR="007108F4" w14:paraId="00F6C37E" w14:textId="77777777">
        <w:trPr>
          <w:cantSplit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2F9381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Víctima:</w:t>
            </w:r>
            <w:r w:rsidRPr="00601698">
              <w:rPr>
                <w:sz w:val="18"/>
                <w:lang w:val="es-AR"/>
              </w:rPr>
              <w:t xml:space="preserve"> persona en quien recae la acción de acoso sexual, violencia y/o discriminación de género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3A630D" w14:textId="210EA253" w:rsidR="007108F4" w:rsidRDefault="007108F4">
            <w:pPr>
              <w:jc w:val="center"/>
            </w:pPr>
          </w:p>
        </w:tc>
      </w:tr>
      <w:tr w:rsidR="007108F4" w:rsidRPr="00601698" w14:paraId="102B48B7" w14:textId="77777777">
        <w:trPr>
          <w:cantSplit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B65D1E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Denunciante:</w:t>
            </w:r>
            <w:r w:rsidRPr="00601698">
              <w:rPr>
                <w:sz w:val="18"/>
                <w:lang w:val="es-AR"/>
              </w:rPr>
              <w:t xml:space="preserve"> persona o tercera persona que pone en conocimiento el hecho constitutivo de violencia de género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1EFF0D" w14:textId="1534AE47" w:rsidR="007108F4" w:rsidRPr="00601698" w:rsidRDefault="007108F4">
            <w:pPr>
              <w:jc w:val="center"/>
              <w:rPr>
                <w:lang w:val="es-AR"/>
              </w:rPr>
            </w:pPr>
          </w:p>
        </w:tc>
      </w:tr>
    </w:tbl>
    <w:p w14:paraId="67914C0A" w14:textId="77777777" w:rsidR="007108F4" w:rsidRDefault="00A95B4B">
      <w:pPr>
        <w:spacing w:after="40" w:line="252" w:lineRule="auto"/>
      </w:pPr>
      <w:r>
        <w:rPr>
          <w:sz w:val="18"/>
        </w:rPr>
        <w:t xml:space="preserve">Datos personales: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5386"/>
      </w:tblGrid>
      <w:tr w:rsidR="007108F4" w14:paraId="3364AF46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5BCE7850" w14:textId="2F03FFD0" w:rsidR="0080709C" w:rsidRPr="00601698" w:rsidRDefault="00A95B4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Nombre Completo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AEA8E60" w14:textId="77777777" w:rsidR="007108F4" w:rsidRDefault="007108F4"/>
        </w:tc>
      </w:tr>
      <w:tr w:rsidR="007108F4" w14:paraId="44992144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8A4E553" w14:textId="77777777" w:rsidR="007108F4" w:rsidRDefault="00A95B4B">
            <w:r>
              <w:rPr>
                <w:b/>
                <w:sz w:val="18"/>
              </w:rPr>
              <w:t xml:space="preserve">Pronombre de preferencia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8FE7347" w14:textId="77777777" w:rsidR="007108F4" w:rsidRDefault="007108F4"/>
        </w:tc>
      </w:tr>
      <w:tr w:rsidR="007108F4" w14:paraId="7F9C430E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19E0991" w14:textId="77777777" w:rsidR="007108F4" w:rsidRDefault="00A95B4B">
            <w:r>
              <w:rPr>
                <w:b/>
                <w:sz w:val="18"/>
              </w:rPr>
              <w:t>Dirección particular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6E1CDAD" w14:textId="77777777" w:rsidR="007108F4" w:rsidRDefault="007108F4"/>
        </w:tc>
      </w:tr>
      <w:tr w:rsidR="007108F4" w14:paraId="3878F309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8C56ECB" w14:textId="77777777" w:rsidR="007108F4" w:rsidRDefault="00A95B4B">
            <w:r>
              <w:rPr>
                <w:b/>
                <w:sz w:val="18"/>
              </w:rPr>
              <w:t xml:space="preserve">Teléfono de contacto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9381B38" w14:textId="77777777" w:rsidR="007108F4" w:rsidRDefault="007108F4"/>
        </w:tc>
      </w:tr>
      <w:tr w:rsidR="007108F4" w14:paraId="158ADEC1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31062E2" w14:textId="77777777" w:rsidR="007108F4" w:rsidRDefault="00A95B4B">
            <w:r>
              <w:rPr>
                <w:b/>
                <w:sz w:val="18"/>
              </w:rPr>
              <w:t>Correo electrónico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76AE3DEF" w14:textId="77777777" w:rsidR="007108F4" w:rsidRDefault="007108F4"/>
        </w:tc>
      </w:tr>
      <w:tr w:rsidR="007108F4" w:rsidRPr="00601698" w14:paraId="7AC2F5D1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B905F5E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Rol en la comunidad universitaria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CA7570A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72132D9C" w14:textId="77777777">
        <w:trPr>
          <w:cantSplit/>
          <w:trHeight w:val="351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45D554E" w14:textId="7A029425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(estudiante, docente, nodocente, autoridad u otros)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B9E46E9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25D49AB7" w14:textId="77777777">
        <w:trPr>
          <w:cantSplit/>
          <w:trHeight w:val="442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4C9B91F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Departamento, Unidad o Área de desempeño (si corresponde)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9CFD96B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397FC3AF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84024D6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Relación con la persona denunciada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7FD21515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0A52C723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7582F08E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Departamento, Unidad o Área de desempeño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B536B93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3A823F77" w14:textId="77777777">
        <w:trPr>
          <w:cantSplit/>
          <w:trHeight w:val="340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4AE504D" w14:textId="77777777" w:rsidR="007108F4" w:rsidRDefault="00A95B4B">
            <w:r>
              <w:rPr>
                <w:b/>
                <w:sz w:val="18"/>
              </w:rPr>
              <w:t>(si corresponde)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E4B517E" w14:textId="77777777" w:rsidR="007108F4" w:rsidRDefault="007108F4"/>
        </w:tc>
      </w:tr>
      <w:tr w:rsidR="007108F4" w:rsidRPr="00601698" w14:paraId="6DC53C82" w14:textId="77777777">
        <w:trPr>
          <w:cantSplit/>
          <w:trHeight w:val="386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1C99944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Carrera que cursa / Semestre que cursa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E0981CC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7CD27EAF" w14:textId="77777777">
        <w:trPr>
          <w:cantSplit/>
          <w:trHeight w:val="340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2AF396B" w14:textId="77777777" w:rsidR="007108F4" w:rsidRDefault="00A95B4B">
            <w:r>
              <w:rPr>
                <w:b/>
                <w:sz w:val="18"/>
              </w:rPr>
              <w:t xml:space="preserve">(si corresponde)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573A90D1" w14:textId="77777777" w:rsidR="007108F4" w:rsidRDefault="007108F4"/>
        </w:tc>
      </w:tr>
    </w:tbl>
    <w:p w14:paraId="3252FAD5" w14:textId="77777777" w:rsidR="007108F4" w:rsidRDefault="007108F4">
      <w:pPr>
        <w:spacing w:after="40"/>
      </w:pPr>
    </w:p>
    <w:p w14:paraId="346D8F94" w14:textId="77777777" w:rsidR="0080709C" w:rsidRDefault="0080709C">
      <w:pPr>
        <w:spacing w:after="40"/>
      </w:pPr>
    </w:p>
    <w:p w14:paraId="6A29DE34" w14:textId="77777777" w:rsidR="0080709C" w:rsidRDefault="0080709C">
      <w:pPr>
        <w:spacing w:after="40"/>
      </w:pPr>
    </w:p>
    <w:p w14:paraId="633E6EFE" w14:textId="77777777" w:rsidR="007108F4" w:rsidRDefault="00A95B4B" w:rsidP="0080709C">
      <w:pPr>
        <w:widowControl w:val="0"/>
        <w:spacing w:before="181"/>
      </w:pPr>
      <w:r>
        <w:br w:type="page"/>
      </w:r>
    </w:p>
    <w:p w14:paraId="6D34FB02" w14:textId="77777777" w:rsidR="007108F4" w:rsidRPr="00601698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  <w:rPr>
          <w:lang w:val="es-AR"/>
        </w:rPr>
      </w:pPr>
      <w:r w:rsidRPr="00601698">
        <w:rPr>
          <w:color w:val="1F2933"/>
          <w:lang w:val="es-AR"/>
        </w:rPr>
        <w:lastRenderedPageBreak/>
        <w:t>Datos personales de la persona DENUNCIANTE (Solo en el caso que la persona denunciante no sea la víctima)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09"/>
        <w:gridCol w:w="5329"/>
      </w:tblGrid>
      <w:tr w:rsidR="007108F4" w14:paraId="7B3A9CD4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48E7BC8" w14:textId="77777777" w:rsidR="007108F4" w:rsidRDefault="00A95B4B">
            <w:r>
              <w:rPr>
                <w:b/>
                <w:sz w:val="18"/>
              </w:rPr>
              <w:t>Nombre Completo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92F6B78" w14:textId="77777777" w:rsidR="007108F4" w:rsidRDefault="007108F4"/>
        </w:tc>
      </w:tr>
      <w:tr w:rsidR="007108F4" w14:paraId="77E2A9C4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29F60BD" w14:textId="77777777" w:rsidR="007108F4" w:rsidRDefault="00A95B4B">
            <w:r>
              <w:rPr>
                <w:b/>
                <w:sz w:val="18"/>
              </w:rPr>
              <w:t xml:space="preserve">Teléfono de contacto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74EDF8C" w14:textId="77777777" w:rsidR="007108F4" w:rsidRDefault="007108F4"/>
        </w:tc>
      </w:tr>
      <w:tr w:rsidR="007108F4" w14:paraId="2CEF1DAC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D97AEFA" w14:textId="77777777" w:rsidR="007108F4" w:rsidRDefault="00A95B4B">
            <w:r>
              <w:rPr>
                <w:b/>
                <w:sz w:val="18"/>
              </w:rPr>
              <w:t xml:space="preserve">Correo electrónico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F208084" w14:textId="77777777" w:rsidR="007108F4" w:rsidRDefault="007108F4"/>
        </w:tc>
      </w:tr>
      <w:tr w:rsidR="007108F4" w:rsidRPr="00601698" w14:paraId="322B4190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C522187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Rol en la comunidad universitaria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5DD3447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423C9CFB" w14:textId="77777777">
        <w:trPr>
          <w:cantSplit/>
          <w:trHeight w:val="351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07F0CE0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(estudiante, docente, nodocente, autoridad u otros)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51DC5DD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5BDBEEF5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A5F2007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Departamento, Unidad o Área de desempeño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E5C7407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7941554C" w14:textId="77777777">
        <w:trPr>
          <w:cantSplit/>
          <w:trHeight w:val="351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F6B129C" w14:textId="77777777" w:rsidR="007108F4" w:rsidRDefault="00A95B4B">
            <w:r>
              <w:rPr>
                <w:b/>
                <w:sz w:val="18"/>
              </w:rPr>
              <w:t>(si corresponde)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9B5A9D6" w14:textId="77777777" w:rsidR="007108F4" w:rsidRDefault="007108F4"/>
        </w:tc>
      </w:tr>
      <w:tr w:rsidR="007108F4" w:rsidRPr="00601698" w14:paraId="7201D327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5A724DA7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Carrera que cursa /Semestre que cursa 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E19E20C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7ED4F7C3" w14:textId="77777777">
        <w:trPr>
          <w:cantSplit/>
          <w:trHeight w:val="351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B0E757B" w14:textId="77777777" w:rsidR="007108F4" w:rsidRDefault="00A95B4B">
            <w:r>
              <w:rPr>
                <w:b/>
                <w:sz w:val="18"/>
              </w:rPr>
              <w:t xml:space="preserve">(si corresponde)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4BDC255" w14:textId="77777777" w:rsidR="007108F4" w:rsidRDefault="007108F4"/>
        </w:tc>
      </w:tr>
    </w:tbl>
    <w:p w14:paraId="4B31FF95" w14:textId="77777777" w:rsidR="007108F4" w:rsidRDefault="007108F4">
      <w:pPr>
        <w:spacing w:after="40"/>
      </w:pPr>
    </w:p>
    <w:p w14:paraId="5826C7D3" w14:textId="77777777" w:rsidR="007108F4" w:rsidRPr="00601698" w:rsidRDefault="00A95B4B">
      <w:pPr>
        <w:spacing w:after="100" w:line="252" w:lineRule="auto"/>
        <w:rPr>
          <w:lang w:val="es-AR"/>
        </w:rPr>
      </w:pPr>
      <w:r w:rsidRPr="00601698">
        <w:rPr>
          <w:sz w:val="18"/>
          <w:lang w:val="es-AR"/>
        </w:rPr>
        <w:t>En el caso de ser más de una persona copie el recuadro anterior y agregue la información.</w:t>
      </w:r>
    </w:p>
    <w:p w14:paraId="62CCDB8B" w14:textId="77777777" w:rsidR="007108F4" w:rsidRPr="00601698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  <w:rPr>
          <w:lang w:val="es-AR"/>
        </w:rPr>
      </w:pPr>
      <w:r w:rsidRPr="00601698">
        <w:rPr>
          <w:color w:val="1F2933"/>
          <w:lang w:val="es-AR"/>
        </w:rPr>
        <w:t xml:space="preserve">Datos personales de la persona DENUNCIADA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09"/>
        <w:gridCol w:w="5329"/>
      </w:tblGrid>
      <w:tr w:rsidR="007108F4" w14:paraId="68720E26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80F40EE" w14:textId="77777777" w:rsidR="007108F4" w:rsidRDefault="00A95B4B">
            <w:r>
              <w:rPr>
                <w:b/>
                <w:sz w:val="18"/>
              </w:rPr>
              <w:t>Nombre Completo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C3AD7B5" w14:textId="77777777" w:rsidR="007108F4" w:rsidRDefault="007108F4"/>
        </w:tc>
      </w:tr>
      <w:tr w:rsidR="007108F4" w:rsidRPr="00601698" w14:paraId="7E237134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7A95A802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Rol en la comunidad académica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5A5B5D9F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0D040DC1" w14:textId="77777777">
        <w:trPr>
          <w:cantSplit/>
          <w:trHeight w:val="351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0BACCEE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(estudiante, docente, nodocente, autoridad u otros)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95495D0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131460E8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F9059A3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Departamento, Unidad o Área de desempeño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FCBA8B8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2A46857D" w14:textId="77777777">
        <w:trPr>
          <w:cantSplit/>
          <w:trHeight w:val="351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FD65164" w14:textId="77777777" w:rsidR="007108F4" w:rsidRDefault="00A95B4B">
            <w:r>
              <w:rPr>
                <w:b/>
                <w:sz w:val="18"/>
              </w:rPr>
              <w:t>(si corresponde)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BFD2A25" w14:textId="77777777" w:rsidR="007108F4" w:rsidRDefault="007108F4"/>
        </w:tc>
      </w:tr>
      <w:tr w:rsidR="007108F4" w:rsidRPr="00601698" w14:paraId="4D2574B5" w14:textId="77777777">
        <w:trPr>
          <w:cantSplit/>
          <w:trHeight w:val="397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E7BE127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Carrera que cursa / Semestre que cursa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1797FB8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2E15F906" w14:textId="77777777">
        <w:trPr>
          <w:cantSplit/>
          <w:trHeight w:val="351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0FB2CCE" w14:textId="77777777" w:rsidR="007108F4" w:rsidRDefault="00A95B4B">
            <w:r>
              <w:rPr>
                <w:b/>
                <w:sz w:val="18"/>
              </w:rPr>
              <w:t xml:space="preserve">(si corresponde) 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2EF2A7A4" w14:textId="77777777" w:rsidR="007108F4" w:rsidRDefault="007108F4"/>
        </w:tc>
      </w:tr>
    </w:tbl>
    <w:p w14:paraId="1BFF28BC" w14:textId="77777777" w:rsidR="007108F4" w:rsidRDefault="007108F4">
      <w:pPr>
        <w:spacing w:after="40"/>
      </w:pPr>
    </w:p>
    <w:p w14:paraId="26CA67B3" w14:textId="77777777" w:rsidR="0080709C" w:rsidRDefault="0080709C">
      <w:pPr>
        <w:spacing w:after="40"/>
      </w:pPr>
    </w:p>
    <w:p w14:paraId="3DF908BB" w14:textId="77777777" w:rsidR="007108F4" w:rsidRPr="00601698" w:rsidRDefault="00A95B4B">
      <w:pPr>
        <w:spacing w:after="100" w:line="252" w:lineRule="auto"/>
        <w:rPr>
          <w:lang w:val="es-AR"/>
        </w:rPr>
      </w:pPr>
      <w:r w:rsidRPr="00601698">
        <w:rPr>
          <w:sz w:val="18"/>
          <w:lang w:val="es-AR"/>
        </w:rPr>
        <w:t>En el caso de ser más de una persona denunciada copie el recuadro anterior y agregue la información.</w:t>
      </w:r>
    </w:p>
    <w:p w14:paraId="15D0CB72" w14:textId="77777777" w:rsidR="007108F4" w:rsidRPr="00601698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  <w:rPr>
          <w:lang w:val="es-AR"/>
        </w:rPr>
      </w:pPr>
      <w:r w:rsidRPr="00601698">
        <w:rPr>
          <w:color w:val="1F2933"/>
          <w:lang w:val="es-AR"/>
        </w:rPr>
        <w:t>NARRACIÓN DE LAS CIRCUNSTANCIAS DE LOS HECHOS</w:t>
      </w:r>
    </w:p>
    <w:p w14:paraId="0619A245" w14:textId="77777777" w:rsidR="007108F4" w:rsidRPr="00601698" w:rsidRDefault="00A95B4B">
      <w:pPr>
        <w:spacing w:after="60" w:line="252" w:lineRule="auto"/>
        <w:rPr>
          <w:sz w:val="17"/>
          <w:lang w:val="es-AR"/>
        </w:rPr>
      </w:pPr>
      <w:r w:rsidRPr="00601698">
        <w:rPr>
          <w:sz w:val="17"/>
          <w:lang w:val="es-AR"/>
        </w:rPr>
        <w:t>Describa en orden cronológico las conductas manifestadas por la persona denunciada que avalarían la denuncia. Intente señalar nombres; fecha y hora aproximadas de los incidentes; lugar de los incidentes y; una descripción detallada de los hechos que complementen la denuncia. Señale las personas que hubiesen presenciado o que tuvieron información de lo acontecido (personas testificantes o declarantes)</w:t>
      </w:r>
    </w:p>
    <w:p w14:paraId="2072D9FB" w14:textId="77777777" w:rsidR="0080709C" w:rsidRPr="00601698" w:rsidRDefault="0080709C">
      <w:pPr>
        <w:spacing w:after="60" w:line="252" w:lineRule="auto"/>
        <w:rPr>
          <w:lang w:val="es-AR"/>
        </w:rPr>
      </w:pPr>
    </w:p>
    <w:p w14:paraId="71212C66" w14:textId="77777777" w:rsidR="007108F4" w:rsidRPr="00601698" w:rsidRDefault="00A95B4B">
      <w:pPr>
        <w:spacing w:before="40" w:after="40"/>
        <w:rPr>
          <w:lang w:val="es-AR"/>
        </w:rPr>
      </w:pPr>
      <w:r w:rsidRPr="00601698">
        <w:rPr>
          <w:lang w:val="es-AR"/>
        </w:rPr>
        <w:t>Fecha y hora aproximada de los incidentes:</w:t>
      </w:r>
    </w:p>
    <w:p w14:paraId="20B14A6E" w14:textId="77777777" w:rsidR="007108F4" w:rsidRPr="00601698" w:rsidRDefault="007108F4">
      <w:pPr>
        <w:spacing w:after="20"/>
        <w:rPr>
          <w:lang w:val="es-AR"/>
        </w:rPr>
      </w:pPr>
    </w:p>
    <w:p w14:paraId="4C811DB9" w14:textId="77777777" w:rsidR="007108F4" w:rsidRPr="00601698" w:rsidRDefault="00A95B4B">
      <w:pPr>
        <w:spacing w:before="40" w:after="40"/>
        <w:rPr>
          <w:lang w:val="es-AR"/>
        </w:rPr>
      </w:pPr>
      <w:r w:rsidRPr="00601698">
        <w:rPr>
          <w:lang w:val="es-AR"/>
        </w:rPr>
        <w:lastRenderedPageBreak/>
        <w:t>Lugar o sitios de los incidentes: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49"/>
      </w:tblGrid>
      <w:tr w:rsidR="007108F4" w:rsidRPr="00601698" w14:paraId="08B6C3E2" w14:textId="77777777" w:rsidTr="0080709C">
        <w:trPr>
          <w:cantSplit/>
          <w:trHeight w:val="533"/>
          <w:jc w:val="center"/>
        </w:trPr>
        <w:tc>
          <w:tcPr>
            <w:tcW w:w="954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E3227" w14:textId="77777777" w:rsidR="007108F4" w:rsidRPr="00601698" w:rsidRDefault="007108F4">
            <w:pPr>
              <w:rPr>
                <w:lang w:val="es-AR"/>
              </w:rPr>
            </w:pPr>
          </w:p>
        </w:tc>
      </w:tr>
    </w:tbl>
    <w:p w14:paraId="6685740A" w14:textId="77777777" w:rsidR="007108F4" w:rsidRPr="00601698" w:rsidRDefault="007108F4">
      <w:pPr>
        <w:spacing w:after="20"/>
        <w:rPr>
          <w:lang w:val="es-AR"/>
        </w:rPr>
      </w:pPr>
    </w:p>
    <w:p w14:paraId="28C193A7" w14:textId="77777777" w:rsidR="007108F4" w:rsidRPr="00601698" w:rsidRDefault="007108F4">
      <w:pPr>
        <w:rPr>
          <w:lang w:val="es-AR"/>
        </w:rPr>
      </w:pPr>
    </w:p>
    <w:p w14:paraId="254A365A" w14:textId="77777777" w:rsidR="007108F4" w:rsidRDefault="00A95B4B">
      <w:pPr>
        <w:spacing w:before="40" w:after="40"/>
      </w:pPr>
      <w:r>
        <w:t>Descripción de los hechos: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34"/>
      </w:tblGrid>
      <w:tr w:rsidR="007108F4" w14:paraId="32F2F2FC" w14:textId="77777777" w:rsidTr="0080709C">
        <w:trPr>
          <w:cantSplit/>
          <w:trHeight w:val="4592"/>
          <w:jc w:val="center"/>
        </w:trPr>
        <w:tc>
          <w:tcPr>
            <w:tcW w:w="9534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13D584" w14:textId="77777777" w:rsidR="007108F4" w:rsidRDefault="007108F4"/>
        </w:tc>
      </w:tr>
    </w:tbl>
    <w:p w14:paraId="2D6072B5" w14:textId="77777777" w:rsidR="007108F4" w:rsidRDefault="007108F4">
      <w:pPr>
        <w:spacing w:after="20"/>
      </w:pPr>
    </w:p>
    <w:p w14:paraId="681D5654" w14:textId="77777777" w:rsidR="007108F4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</w:pPr>
      <w:r>
        <w:rPr>
          <w:color w:val="1F2933"/>
        </w:rPr>
        <w:t>DATOS DE PERSONAS TESTIGOS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5443"/>
      </w:tblGrid>
      <w:tr w:rsidR="007108F4" w14:paraId="431379AE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885C6C8" w14:textId="77777777" w:rsidR="007108F4" w:rsidRDefault="00A95B4B">
            <w:r>
              <w:rPr>
                <w:b/>
                <w:sz w:val="18"/>
              </w:rPr>
              <w:t>Nombre Completo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F27C092" w14:textId="77777777" w:rsidR="007108F4" w:rsidRDefault="007108F4"/>
        </w:tc>
      </w:tr>
      <w:tr w:rsidR="007108F4" w14:paraId="7C3C66BF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5D2FDD7A" w14:textId="77777777" w:rsidR="007108F4" w:rsidRDefault="00A95B4B">
            <w:r>
              <w:rPr>
                <w:b/>
                <w:sz w:val="18"/>
              </w:rPr>
              <w:t>Teléfono de contacto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0508649" w14:textId="77777777" w:rsidR="007108F4" w:rsidRDefault="007108F4"/>
        </w:tc>
      </w:tr>
      <w:tr w:rsidR="007108F4" w14:paraId="7E2CB59D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43EB17D" w14:textId="77777777" w:rsidR="007108F4" w:rsidRDefault="00A95B4B">
            <w:r>
              <w:rPr>
                <w:b/>
                <w:sz w:val="18"/>
              </w:rPr>
              <w:t>Correo electrónico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42BC4E0" w14:textId="77777777" w:rsidR="007108F4" w:rsidRDefault="007108F4"/>
        </w:tc>
      </w:tr>
      <w:tr w:rsidR="007108F4" w:rsidRPr="00601698" w14:paraId="51E8DC2C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4404BFD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Rol en la comunidad académica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1AFD772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166E028B" w14:textId="77777777">
        <w:trPr>
          <w:cantSplit/>
          <w:trHeight w:val="351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D5360D2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(estudiante, docente, nodocente, autoridad u otros)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2B64B28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14:paraId="6B03D016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5644D24" w14:textId="77777777" w:rsidR="007108F4" w:rsidRDefault="00A95B4B">
            <w:r>
              <w:rPr>
                <w:b/>
                <w:sz w:val="18"/>
              </w:rPr>
              <w:t>Nombre Completo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43F00BDC" w14:textId="77777777" w:rsidR="007108F4" w:rsidRDefault="007108F4"/>
        </w:tc>
      </w:tr>
      <w:tr w:rsidR="007108F4" w14:paraId="7F65B573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0C52BBAE" w14:textId="77777777" w:rsidR="007108F4" w:rsidRDefault="00A95B4B">
            <w:r>
              <w:rPr>
                <w:b/>
                <w:sz w:val="18"/>
              </w:rPr>
              <w:t>Teléfono de contacto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5CF6B409" w14:textId="77777777" w:rsidR="007108F4" w:rsidRDefault="007108F4"/>
        </w:tc>
      </w:tr>
      <w:tr w:rsidR="007108F4" w14:paraId="4508D137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7BEF0A77" w14:textId="77777777" w:rsidR="007108F4" w:rsidRDefault="00A95B4B">
            <w:r>
              <w:rPr>
                <w:b/>
                <w:sz w:val="18"/>
              </w:rPr>
              <w:t>Correo electrónico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1C7163A7" w14:textId="77777777" w:rsidR="007108F4" w:rsidRDefault="007108F4"/>
        </w:tc>
      </w:tr>
      <w:tr w:rsidR="007108F4" w:rsidRPr="00601698" w14:paraId="3AD2B02F" w14:textId="77777777">
        <w:trPr>
          <w:cantSplit/>
          <w:trHeight w:val="369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7E4EF2C2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 Rol en la comunidad académica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5C3FD21" w14:textId="77777777" w:rsidR="007108F4" w:rsidRPr="00601698" w:rsidRDefault="007108F4">
            <w:pPr>
              <w:rPr>
                <w:lang w:val="es-AR"/>
              </w:rPr>
            </w:pPr>
          </w:p>
        </w:tc>
      </w:tr>
      <w:tr w:rsidR="007108F4" w:rsidRPr="00601698" w14:paraId="47D0F72B" w14:textId="77777777">
        <w:trPr>
          <w:cantSplit/>
          <w:trHeight w:val="351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3FBDC2B5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 xml:space="preserve">(estudiante, docente, nodocente, autoridad u otros) 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6" w:space="0" w:color="1F2933"/>
              <w:right w:val="nil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14:paraId="6DE3661A" w14:textId="77777777" w:rsidR="007108F4" w:rsidRPr="00601698" w:rsidRDefault="007108F4">
            <w:pPr>
              <w:rPr>
                <w:lang w:val="es-AR"/>
              </w:rPr>
            </w:pPr>
          </w:p>
        </w:tc>
      </w:tr>
    </w:tbl>
    <w:p w14:paraId="36A7130D" w14:textId="77777777" w:rsidR="007108F4" w:rsidRPr="00601698" w:rsidRDefault="007108F4">
      <w:pPr>
        <w:spacing w:after="40"/>
        <w:rPr>
          <w:lang w:val="es-AR"/>
        </w:rPr>
      </w:pPr>
    </w:p>
    <w:p w14:paraId="429298D0" w14:textId="77777777" w:rsidR="007108F4" w:rsidRPr="00601698" w:rsidRDefault="00A95B4B">
      <w:pPr>
        <w:rPr>
          <w:lang w:val="es-AR"/>
        </w:rPr>
      </w:pPr>
      <w:r w:rsidRPr="00601698">
        <w:rPr>
          <w:lang w:val="es-AR"/>
        </w:rPr>
        <w:br w:type="page"/>
      </w:r>
    </w:p>
    <w:p w14:paraId="0CFD3B28" w14:textId="77777777" w:rsidR="007108F4" w:rsidRPr="00601698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  <w:rPr>
          <w:lang w:val="es-AR"/>
        </w:rPr>
      </w:pPr>
      <w:r w:rsidRPr="00601698">
        <w:rPr>
          <w:color w:val="1F2933"/>
          <w:lang w:val="es-AR"/>
        </w:rPr>
        <w:lastRenderedPageBreak/>
        <w:t>ANTECEDENTES Y DOCUMENTOS QUE ACREDITAN LA DENUNCIA</w:t>
      </w:r>
    </w:p>
    <w:p w14:paraId="69D32DF8" w14:textId="77777777" w:rsidR="007108F4" w:rsidRPr="00601698" w:rsidRDefault="00A95B4B">
      <w:pPr>
        <w:spacing w:after="60" w:line="252" w:lineRule="auto"/>
        <w:rPr>
          <w:lang w:val="es-AR"/>
        </w:rPr>
      </w:pPr>
      <w:r w:rsidRPr="00601698">
        <w:rPr>
          <w:sz w:val="18"/>
          <w:lang w:val="es-AR"/>
        </w:rPr>
        <w:t>(Marque con una “X” la alternativa que corresponda)</w:t>
      </w:r>
    </w:p>
    <w:tbl>
      <w:tblPr>
        <w:tblW w:w="9843" w:type="dxa"/>
        <w:tblLayout w:type="fixed"/>
        <w:tblLook w:val="04A0" w:firstRow="1" w:lastRow="0" w:firstColumn="1" w:lastColumn="0" w:noHBand="0" w:noVBand="1"/>
      </w:tblPr>
      <w:tblGrid>
        <w:gridCol w:w="9097"/>
        <w:gridCol w:w="746"/>
      </w:tblGrid>
      <w:tr w:rsidR="00E86EFB" w14:paraId="604EA3B7" w14:textId="77777777" w:rsidTr="00E86EFB">
        <w:trPr>
          <w:cantSplit/>
          <w:trHeight w:val="404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976506" w14:textId="77777777" w:rsidR="00E86EFB" w:rsidRDefault="00E86EFB">
            <w:r>
              <w:rPr>
                <w:b/>
                <w:sz w:val="18"/>
              </w:rPr>
              <w:t>Ninguna evidencia específica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0B8087" w14:textId="5E9685E4" w:rsidR="00E86EFB" w:rsidRPr="00601698" w:rsidRDefault="00E86EFB">
            <w:pPr>
              <w:jc w:val="center"/>
              <w:rPr>
                <w:sz w:val="24"/>
                <w:szCs w:val="24"/>
              </w:rPr>
            </w:pPr>
          </w:p>
        </w:tc>
      </w:tr>
      <w:tr w:rsidR="00E86EFB" w14:paraId="6599260D" w14:textId="77777777" w:rsidTr="00E86EFB">
        <w:trPr>
          <w:cantSplit/>
          <w:trHeight w:val="404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EB9A3E" w14:textId="77777777" w:rsidR="00E86EFB" w:rsidRDefault="00E86EFB">
            <w:r>
              <w:rPr>
                <w:b/>
                <w:sz w:val="18"/>
              </w:rPr>
              <w:t>Declarantes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89128B" w14:textId="49EAF473" w:rsidR="00E86EFB" w:rsidRPr="00E86EFB" w:rsidRDefault="00E86EFB">
            <w:pPr>
              <w:jc w:val="center"/>
              <w:rPr>
                <w:sz w:val="36"/>
                <w:szCs w:val="36"/>
              </w:rPr>
            </w:pPr>
          </w:p>
        </w:tc>
      </w:tr>
      <w:tr w:rsidR="00E86EFB" w14:paraId="585413CE" w14:textId="77777777" w:rsidTr="00E86EFB">
        <w:trPr>
          <w:cantSplit/>
          <w:trHeight w:val="404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55AC78" w14:textId="77777777" w:rsidR="00E86EFB" w:rsidRDefault="00E86EFB">
            <w:r>
              <w:rPr>
                <w:b/>
                <w:sz w:val="18"/>
              </w:rPr>
              <w:t>Correos electrónicos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C65913" w14:textId="55B0BFAF" w:rsidR="00E86EFB" w:rsidRPr="00E86EFB" w:rsidRDefault="00E86EFB">
            <w:pPr>
              <w:jc w:val="center"/>
              <w:rPr>
                <w:sz w:val="36"/>
                <w:szCs w:val="36"/>
              </w:rPr>
            </w:pPr>
          </w:p>
        </w:tc>
      </w:tr>
      <w:tr w:rsidR="00E86EFB" w14:paraId="127642F6" w14:textId="77777777" w:rsidTr="00E86EFB">
        <w:trPr>
          <w:cantSplit/>
          <w:trHeight w:val="404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88A0E0" w14:textId="77777777" w:rsidR="00E86EFB" w:rsidRDefault="00E86EFB">
            <w:r>
              <w:rPr>
                <w:b/>
                <w:sz w:val="18"/>
              </w:rPr>
              <w:t>Fotografías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907F74" w14:textId="78B68997" w:rsidR="00E86EFB" w:rsidRPr="00E86EFB" w:rsidRDefault="00E86EFB">
            <w:pPr>
              <w:jc w:val="center"/>
              <w:rPr>
                <w:sz w:val="36"/>
                <w:szCs w:val="36"/>
              </w:rPr>
            </w:pPr>
          </w:p>
        </w:tc>
      </w:tr>
      <w:tr w:rsidR="00E86EFB" w14:paraId="681502AA" w14:textId="77777777" w:rsidTr="00E86EFB">
        <w:trPr>
          <w:cantSplit/>
          <w:trHeight w:val="404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F38539" w14:textId="77777777" w:rsidR="00E86EFB" w:rsidRDefault="00E86EFB">
            <w:r>
              <w:rPr>
                <w:b/>
                <w:sz w:val="18"/>
              </w:rPr>
              <w:t>Video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4ABBD7" w14:textId="0DC97113" w:rsidR="00E86EFB" w:rsidRPr="00E86EFB" w:rsidRDefault="00E86EFB">
            <w:pPr>
              <w:jc w:val="center"/>
              <w:rPr>
                <w:sz w:val="36"/>
                <w:szCs w:val="36"/>
              </w:rPr>
            </w:pPr>
          </w:p>
        </w:tc>
      </w:tr>
      <w:tr w:rsidR="00E86EFB" w14:paraId="32A484FE" w14:textId="77777777" w:rsidTr="00E86EFB">
        <w:trPr>
          <w:cantSplit/>
          <w:trHeight w:val="465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14329D" w14:textId="77777777" w:rsidR="00E86EFB" w:rsidRPr="00601698" w:rsidRDefault="00E86EFB">
            <w:pPr>
              <w:rPr>
                <w:lang w:val="es-AR"/>
              </w:rPr>
            </w:pPr>
            <w:r w:rsidRPr="00601698">
              <w:rPr>
                <w:b/>
                <w:sz w:val="18"/>
                <w:lang w:val="es-AR"/>
              </w:rPr>
              <w:t>Otros documentos de respaldo (señale cuales)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E6785D" w14:textId="0403AC44" w:rsidR="00E86EFB" w:rsidRPr="00E86EFB" w:rsidRDefault="00E86EFB">
            <w:pPr>
              <w:jc w:val="center"/>
              <w:rPr>
                <w:sz w:val="36"/>
                <w:szCs w:val="36"/>
              </w:rPr>
            </w:pPr>
          </w:p>
        </w:tc>
      </w:tr>
    </w:tbl>
    <w:p w14:paraId="6C8ECBC1" w14:textId="77777777" w:rsidR="007108F4" w:rsidRDefault="007108F4">
      <w:pPr>
        <w:spacing w:after="40"/>
      </w:pPr>
    </w:p>
    <w:p w14:paraId="3D2B8FE4" w14:textId="77777777" w:rsidR="007108F4" w:rsidRPr="00601698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  <w:rPr>
          <w:lang w:val="es-AR"/>
        </w:rPr>
      </w:pPr>
      <w:r w:rsidRPr="00601698">
        <w:rPr>
          <w:color w:val="1F2933"/>
          <w:lang w:val="es-AR"/>
        </w:rPr>
        <w:t>EVALUACIÓN DE RIESGO Y MEDIDAS DE PROTECCIÓN</w:t>
      </w:r>
    </w:p>
    <w:p w14:paraId="4B3C0381" w14:textId="77777777" w:rsidR="007108F4" w:rsidRPr="00601698" w:rsidRDefault="00A95B4B">
      <w:pPr>
        <w:spacing w:after="60"/>
        <w:rPr>
          <w:lang w:val="es-AR"/>
        </w:rPr>
      </w:pPr>
      <w:r w:rsidRPr="00601698">
        <w:rPr>
          <w:sz w:val="18"/>
          <w:lang w:val="es-AR"/>
        </w:rPr>
        <w:t>¿Considerás que existe riesgo inmediato para tu seguridad? Sí / No</w:t>
      </w:r>
    </w:p>
    <w:p w14:paraId="585F585C" w14:textId="77777777" w:rsidR="007108F4" w:rsidRPr="00601698" w:rsidRDefault="00A95B4B">
      <w:pPr>
        <w:spacing w:after="60"/>
        <w:rPr>
          <w:lang w:val="es-AR"/>
        </w:rPr>
      </w:pPr>
      <w:r w:rsidRPr="00601698">
        <w:rPr>
          <w:sz w:val="18"/>
          <w:lang w:val="es-AR"/>
        </w:rPr>
        <w:t xml:space="preserve">¿Deseás solicitar medidas de protección urgentes? Sí/No </w:t>
      </w:r>
    </w:p>
    <w:p w14:paraId="5CCD9BDC" w14:textId="77777777" w:rsidR="007108F4" w:rsidRPr="00601698" w:rsidRDefault="00A95B4B">
      <w:pPr>
        <w:spacing w:before="40" w:after="40"/>
        <w:rPr>
          <w:lang w:val="es-AR"/>
        </w:rPr>
      </w:pPr>
      <w:r w:rsidRPr="00601698">
        <w:rPr>
          <w:lang w:val="es-AR"/>
        </w:rPr>
        <w:t>Si la respuesta es sí, especificar: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7108F4" w:rsidRPr="00601698" w14:paraId="17143A9C" w14:textId="77777777">
        <w:trPr>
          <w:cantSplit/>
          <w:trHeight w:val="794"/>
          <w:jc w:val="center"/>
        </w:trPr>
        <w:tc>
          <w:tcPr>
            <w:tcW w:w="963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E129FA" w14:textId="4EB8C81F" w:rsidR="007108F4" w:rsidRPr="00601698" w:rsidRDefault="007108F4">
            <w:pPr>
              <w:rPr>
                <w:lang w:val="es-AR"/>
              </w:rPr>
            </w:pPr>
          </w:p>
        </w:tc>
      </w:tr>
    </w:tbl>
    <w:p w14:paraId="7E191D87" w14:textId="77777777" w:rsidR="007108F4" w:rsidRPr="00601698" w:rsidRDefault="007108F4">
      <w:pPr>
        <w:spacing w:after="20"/>
        <w:rPr>
          <w:lang w:val="es-AR"/>
        </w:rPr>
      </w:pPr>
    </w:p>
    <w:p w14:paraId="248EC05A" w14:textId="77777777" w:rsidR="007108F4" w:rsidRPr="00601698" w:rsidRDefault="00A95B4B">
      <w:pPr>
        <w:pStyle w:val="SectionHeading"/>
        <w:pBdr>
          <w:bottom w:val="single" w:sz="14" w:space="3" w:color="E51B3E"/>
        </w:pBdr>
        <w:spacing w:before="140" w:after="100" w:line="240" w:lineRule="auto"/>
        <w:rPr>
          <w:lang w:val="es-AR"/>
        </w:rPr>
      </w:pPr>
      <w:r w:rsidRPr="00601698">
        <w:rPr>
          <w:color w:val="1F2933"/>
          <w:lang w:val="es-AR"/>
        </w:rPr>
        <w:t>PROCEDIMIENTOS DE RESGUARDO DE LA INFORMACIÓN</w:t>
      </w:r>
    </w:p>
    <w:p w14:paraId="1375FD5D" w14:textId="68375D52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La presente plantilla será resguardada bajo estricta confidencialidad por la Unidad de Violencia de Género (UVDI) de la UNRN.</w:t>
      </w:r>
    </w:p>
    <w:p w14:paraId="308582E5" w14:textId="7CEE9782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Los datos personales (Parte 1) estarán accesibles únicamente para el equipo autorizado, conforme al Protocolo para la Actuación en Situaciones de Violencias Directas e Indirectas basadas en el Género de la UNRN y la Ley N° 25.326.</w:t>
      </w:r>
    </w:p>
    <w:p w14:paraId="0CFB682E" w14:textId="77777777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 El acceso a la información se realizará exclusivamente bajo criterios de necesidad y con autorización expresa.</w:t>
      </w:r>
    </w:p>
    <w:p w14:paraId="23D87026" w14:textId="77777777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 Los registros se identificarán mediante un código alfanumérico para preservar el anonimato.</w:t>
      </w:r>
    </w:p>
    <w:p w14:paraId="41532790" w14:textId="77777777" w:rsidR="007108F4" w:rsidRPr="00601698" w:rsidRDefault="00A95B4B" w:rsidP="00E86EFB">
      <w:pPr>
        <w:pStyle w:val="SectionHeading"/>
        <w:pBdr>
          <w:bottom w:val="single" w:sz="14" w:space="3" w:color="E51B3E"/>
        </w:pBdr>
        <w:spacing w:before="140" w:after="100" w:line="240" w:lineRule="auto"/>
        <w:jc w:val="both"/>
        <w:rPr>
          <w:lang w:val="es-AR"/>
        </w:rPr>
      </w:pPr>
      <w:r w:rsidRPr="00601698">
        <w:rPr>
          <w:color w:val="1F2933"/>
          <w:lang w:val="es-AR"/>
        </w:rPr>
        <w:t>TRATAMIENTO DE LOS DATOS</w:t>
      </w:r>
    </w:p>
    <w:p w14:paraId="2E219D46" w14:textId="77777777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 Se garantizará la confidencialidad durante todo el proceso, conforme al Art. 8° del Protocolo y la Ley N°26.485.</w:t>
      </w:r>
    </w:p>
    <w:p w14:paraId="5A9B57BA" w14:textId="77777777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 El uso de códigos garantizará que la identidad no sea revelada en documentos administrativos.</w:t>
      </w:r>
    </w:p>
    <w:p w14:paraId="1481577C" w14:textId="21E22D3F" w:rsidR="007108F4" w:rsidRPr="00601698" w:rsidRDefault="00A95B4B" w:rsidP="00E86EFB">
      <w:pPr>
        <w:spacing w:after="40"/>
        <w:ind w:left="255" w:hanging="170"/>
        <w:jc w:val="both"/>
        <w:rPr>
          <w:lang w:val="es-AR"/>
        </w:rPr>
      </w:pPr>
      <w:r w:rsidRPr="00601698">
        <w:rPr>
          <w:b/>
          <w:color w:val="E51B3E"/>
          <w:sz w:val="20"/>
          <w:lang w:val="es-AR"/>
        </w:rPr>
        <w:t>•</w:t>
      </w:r>
      <w:r w:rsidRPr="00601698">
        <w:rPr>
          <w:sz w:val="17"/>
          <w:lang w:val="es-AR"/>
        </w:rPr>
        <w:t xml:space="preserve"> Toda referencia a la persona denunciante será genérica ("persona denunciante"), salvo en casos donde la notificación requiera identificación específica.</w:t>
      </w:r>
    </w:p>
    <w:p w14:paraId="4105EC84" w14:textId="77777777" w:rsidR="007108F4" w:rsidRPr="00601698" w:rsidRDefault="00A95B4B" w:rsidP="00E86EFB">
      <w:pPr>
        <w:pStyle w:val="SectionHeading"/>
        <w:pBdr>
          <w:bottom w:val="single" w:sz="14" w:space="3" w:color="E51B3E"/>
        </w:pBdr>
        <w:spacing w:before="140" w:after="100" w:line="240" w:lineRule="auto"/>
        <w:jc w:val="both"/>
        <w:rPr>
          <w:lang w:val="es-AR"/>
        </w:rPr>
      </w:pPr>
      <w:r w:rsidRPr="00601698">
        <w:rPr>
          <w:color w:val="1F2933"/>
          <w:lang w:val="es-AR"/>
        </w:rPr>
        <w:t>DECLARACIÓN Y FIRMA</w:t>
      </w:r>
    </w:p>
    <w:p w14:paraId="1B4F4DD6" w14:textId="77777777" w:rsidR="007108F4" w:rsidRPr="00601698" w:rsidRDefault="00A95B4B" w:rsidP="00E86EFB">
      <w:pPr>
        <w:spacing w:after="160" w:line="252" w:lineRule="auto"/>
        <w:jc w:val="both"/>
        <w:rPr>
          <w:lang w:val="es-AR"/>
        </w:rPr>
      </w:pPr>
      <w:r w:rsidRPr="00601698">
        <w:rPr>
          <w:sz w:val="18"/>
          <w:lang w:val="es-AR"/>
        </w:rPr>
        <w:t>Declaro que los hechos relatados corresponden a mi experiencia personal y quedaron transcriptos tal como fueron expresados.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5"/>
        <w:gridCol w:w="680"/>
        <w:gridCol w:w="4365"/>
      </w:tblGrid>
      <w:tr w:rsidR="007108F4" w:rsidRPr="00601698" w14:paraId="7DE95CD4" w14:textId="77777777">
        <w:trPr>
          <w:cantSplit/>
          <w:trHeight w:val="850"/>
          <w:jc w:val="center"/>
        </w:trPr>
        <w:tc>
          <w:tcPr>
            <w:tcW w:w="4365" w:type="dxa"/>
            <w:tcBorders>
              <w:top w:val="nil"/>
              <w:left w:val="nil"/>
              <w:bottom w:val="single" w:sz="7" w:space="0" w:color="1F2933"/>
              <w:right w:val="nil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14:paraId="4C69C1F7" w14:textId="77777777" w:rsidR="007108F4" w:rsidRPr="00601698" w:rsidRDefault="007108F4" w:rsidP="00E86EFB">
            <w:pPr>
              <w:jc w:val="both"/>
              <w:rPr>
                <w:lang w:val="es-A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14:paraId="1042F58D" w14:textId="77777777" w:rsidR="007108F4" w:rsidRPr="00601698" w:rsidRDefault="007108F4" w:rsidP="00E86EFB">
            <w:pPr>
              <w:jc w:val="both"/>
              <w:rPr>
                <w:lang w:val="es-AR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7" w:space="0" w:color="1F2933"/>
              <w:right w:val="nil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14:paraId="73D2ED5F" w14:textId="77777777" w:rsidR="007108F4" w:rsidRPr="00601698" w:rsidRDefault="007108F4" w:rsidP="00E86EFB">
            <w:pPr>
              <w:jc w:val="both"/>
              <w:rPr>
                <w:lang w:val="es-AR"/>
              </w:rPr>
            </w:pPr>
          </w:p>
        </w:tc>
      </w:tr>
      <w:tr w:rsidR="007108F4" w:rsidRPr="00601698" w14:paraId="7241C052" w14:textId="77777777">
        <w:trPr>
          <w:cantSplit/>
          <w:jc w:val="center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0" w:type="dxa"/>
              <w:bottom w:w="0" w:type="dxa"/>
              <w:right w:w="0" w:type="dxa"/>
            </w:tcMar>
          </w:tcPr>
          <w:p w14:paraId="7C9B3303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sz w:val="17"/>
                <w:lang w:val="es-AR"/>
              </w:rPr>
              <w:t>Nombre y DNI de la persona denunciante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0" w:type="dxa"/>
              <w:bottom w:w="0" w:type="dxa"/>
              <w:right w:w="0" w:type="dxa"/>
            </w:tcMar>
          </w:tcPr>
          <w:p w14:paraId="6900FFFC" w14:textId="77777777" w:rsidR="007108F4" w:rsidRPr="00601698" w:rsidRDefault="007108F4">
            <w:pPr>
              <w:rPr>
                <w:lang w:val="es-AR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0" w:type="dxa"/>
              <w:bottom w:w="0" w:type="dxa"/>
              <w:right w:w="0" w:type="dxa"/>
            </w:tcMar>
          </w:tcPr>
          <w:p w14:paraId="66695729" w14:textId="77777777" w:rsidR="007108F4" w:rsidRPr="00601698" w:rsidRDefault="00A95B4B">
            <w:pPr>
              <w:rPr>
                <w:lang w:val="es-AR"/>
              </w:rPr>
            </w:pPr>
            <w:r w:rsidRPr="00601698">
              <w:rPr>
                <w:sz w:val="17"/>
                <w:lang w:val="es-AR"/>
              </w:rPr>
              <w:t>Firma de la persona denunciante</w:t>
            </w:r>
          </w:p>
        </w:tc>
      </w:tr>
    </w:tbl>
    <w:p w14:paraId="5F7BF05D" w14:textId="77777777" w:rsidR="00A95B4B" w:rsidRPr="00601698" w:rsidRDefault="00A95B4B">
      <w:pPr>
        <w:rPr>
          <w:lang w:val="es-AR"/>
        </w:rPr>
      </w:pPr>
    </w:p>
    <w:sectPr w:rsidR="00A95B4B" w:rsidRPr="00601698" w:rsidSect="0077262C">
      <w:headerReference w:type="default" r:id="rId8"/>
      <w:footerReference w:type="default" r:id="rId9"/>
      <w:pgSz w:w="11906" w:h="16838"/>
      <w:pgMar w:top="2268" w:right="1134" w:bottom="1134" w:left="1134" w:header="369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09AD" w14:textId="77777777" w:rsidR="004E23E8" w:rsidRDefault="004E23E8">
      <w:r>
        <w:separator/>
      </w:r>
    </w:p>
  </w:endnote>
  <w:endnote w:type="continuationSeparator" w:id="0">
    <w:p w14:paraId="2EA0477C" w14:textId="77777777" w:rsidR="004E23E8" w:rsidRDefault="004E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12B0" w14:textId="77777777" w:rsidR="007108F4" w:rsidRPr="00601698" w:rsidRDefault="00A95B4B">
    <w:pPr>
      <w:pStyle w:val="Piedepgina"/>
      <w:spacing w:before="40"/>
      <w:jc w:val="center"/>
      <w:rPr>
        <w:lang w:val="es-AR"/>
      </w:rPr>
    </w:pPr>
    <w:r w:rsidRPr="00601698">
      <w:rPr>
        <w:sz w:val="16"/>
        <w:lang w:val="es-AR"/>
      </w:rPr>
      <w:t xml:space="preserve">Universidad Nacional de Río Negro  |  Formulario de denuncia de violencia de género  |  Página </w:t>
    </w:r>
    <w:r>
      <w:rPr>
        <w:sz w:val="16"/>
      </w:rPr>
      <w:fldChar w:fldCharType="begin"/>
    </w:r>
    <w:r w:rsidRPr="00601698">
      <w:rPr>
        <w:sz w:val="16"/>
        <w:lang w:val="es-AR"/>
      </w:rPr>
      <w:instrText xml:space="preserve"> PAGE </w:instrText>
    </w:r>
    <w:r>
      <w:rPr>
        <w:sz w:val="16"/>
      </w:rPr>
      <w:fldChar w:fldCharType="separate"/>
    </w:r>
    <w:r w:rsidR="00E86EFB" w:rsidRPr="00601698">
      <w:rPr>
        <w:noProof/>
        <w:sz w:val="16"/>
        <w:lang w:val="es-AR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68B31" w14:textId="77777777" w:rsidR="004E23E8" w:rsidRDefault="004E23E8">
      <w:r>
        <w:separator/>
      </w:r>
    </w:p>
  </w:footnote>
  <w:footnote w:type="continuationSeparator" w:id="0">
    <w:p w14:paraId="164E585B" w14:textId="77777777" w:rsidR="004E23E8" w:rsidRDefault="004E2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72C1" w14:textId="77777777" w:rsidR="007108F4" w:rsidRDefault="00A95B4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 wp14:anchorId="198D387D" wp14:editId="59BCD772">
          <wp:simplePos x="0" y="0"/>
          <wp:positionH relativeFrom="column">
            <wp:posOffset>-53340</wp:posOffset>
          </wp:positionH>
          <wp:positionV relativeFrom="paragraph">
            <wp:posOffset>413385</wp:posOffset>
          </wp:positionV>
          <wp:extent cx="2231390" cy="2559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390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4339188">
    <w:abstractNumId w:val="8"/>
  </w:num>
  <w:num w:numId="2" w16cid:durableId="2135781759">
    <w:abstractNumId w:val="6"/>
  </w:num>
  <w:num w:numId="3" w16cid:durableId="450057607">
    <w:abstractNumId w:val="5"/>
  </w:num>
  <w:num w:numId="4" w16cid:durableId="864170810">
    <w:abstractNumId w:val="4"/>
  </w:num>
  <w:num w:numId="5" w16cid:durableId="1336806612">
    <w:abstractNumId w:val="7"/>
  </w:num>
  <w:num w:numId="6" w16cid:durableId="342636068">
    <w:abstractNumId w:val="3"/>
  </w:num>
  <w:num w:numId="7" w16cid:durableId="2079092155">
    <w:abstractNumId w:val="2"/>
  </w:num>
  <w:num w:numId="8" w16cid:durableId="76755807">
    <w:abstractNumId w:val="1"/>
  </w:num>
  <w:num w:numId="9" w16cid:durableId="121524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282"/>
    <w:rsid w:val="0015074B"/>
    <w:rsid w:val="0029639D"/>
    <w:rsid w:val="00326F90"/>
    <w:rsid w:val="004E23E8"/>
    <w:rsid w:val="00601698"/>
    <w:rsid w:val="007108F4"/>
    <w:rsid w:val="0077262C"/>
    <w:rsid w:val="0080709C"/>
    <w:rsid w:val="00A95B4B"/>
    <w:rsid w:val="00AA1D8D"/>
    <w:rsid w:val="00B47730"/>
    <w:rsid w:val="00CB0664"/>
    <w:rsid w:val="00D70288"/>
    <w:rsid w:val="00E86E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8B5F1"/>
  <w14:defaultImageDpi w14:val="300"/>
  <w15:docId w15:val="{1B454ABA-D4A6-4F6E-81BF-6F4ED43D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color w:val="1F2933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rPr>
      <w:rFonts w:ascii="Arial" w:eastAsia="Arial" w:hAnsi="Arial"/>
      <w:b/>
      <w:sz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26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262C"/>
    <w:rPr>
      <w:rFonts w:ascii="Tahoma" w:eastAsia="Arial" w:hAnsi="Tahoma" w:cs="Tahoma"/>
      <w:color w:val="1F29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3A8F30-6884-4E00-8C13-1646C696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607</Words>
  <Characters>3804</Characters>
  <Application>Microsoft Office Word</Application>
  <DocSecurity>0</DocSecurity>
  <Lines>118</Lines>
  <Paragraphs>65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de denuncia de violencia de género directa o indirecta</vt:lpstr>
      <vt:lpstr/>
    </vt:vector>
  </TitlesOfParts>
  <Company>Universidad Nacional de Río Negro</Company>
  <LinksUpToDate>false</LinksUpToDate>
  <CharactersWithSpaces>4346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denuncia de violencia de género directa o indirecta</dc:title>
  <dc:subject>Plantilla institucional UNRN</dc:subject>
  <dc:creator>SAAII 2026</dc:creator>
  <cp:lastModifiedBy>Jimena Pesquero</cp:lastModifiedBy>
  <cp:revision>3</cp:revision>
  <dcterms:created xsi:type="dcterms:W3CDTF">2026-08-04T14:12:00Z</dcterms:created>
  <dcterms:modified xsi:type="dcterms:W3CDTF">2026-08-04T14:12:00Z</dcterms:modified>
</cp:coreProperties>
</file>