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41278" w14:textId="77777777" w:rsidR="00A602C4" w:rsidRPr="00A602C4" w:rsidRDefault="00A602C4">
      <w:pPr>
        <w:jc w:val="center"/>
        <w:rPr>
          <w:sz w:val="24"/>
          <w:szCs w:val="24"/>
          <w:lang w:val="es-AR"/>
        </w:rPr>
      </w:pPr>
    </w:p>
    <w:p w14:paraId="4833BB5E" w14:textId="3C5E01A7" w:rsidR="002A7AFB" w:rsidRPr="00512CF6" w:rsidRDefault="00DC0C90" w:rsidP="00181FA5">
      <w:pPr>
        <w:pStyle w:val="Ttulo1"/>
      </w:pPr>
      <w:r w:rsidRPr="00512CF6">
        <w:t>T</w:t>
      </w:r>
      <w:r w:rsidR="00B65E43" w:rsidRPr="00512CF6">
        <w:t xml:space="preserve">ítulo del trabajo </w:t>
      </w:r>
      <w:r w:rsidRPr="00512CF6">
        <w:t>(Arial12 negrita</w:t>
      </w:r>
      <w:r w:rsidR="00B65E43" w:rsidRPr="00512CF6">
        <w:t>, mayúscula/minúscula, estilo Título 1</w:t>
      </w:r>
      <w:r w:rsidRPr="00512CF6">
        <w:t>)</w:t>
      </w:r>
    </w:p>
    <w:p w14:paraId="03A7E1FD" w14:textId="4CAA0A1D" w:rsidR="002A7AFB" w:rsidRPr="00A602C4" w:rsidRDefault="00157FBC" w:rsidP="00FB67CE">
      <w:pPr>
        <w:pStyle w:val="Autora-titfiguratablasleyenda"/>
      </w:pPr>
      <w:r w:rsidRPr="00A602C4">
        <w:t xml:space="preserve">Autores: Nombre </w:t>
      </w:r>
      <w:r w:rsidRPr="00FB67CE">
        <w:t>Apellido1</w:t>
      </w:r>
      <w:r w:rsidR="00EE1D06">
        <w:t>*</w:t>
      </w:r>
      <w:r w:rsidRPr="00A602C4">
        <w:t>, Nombre Apellido2, Nombre Apellido3</w:t>
      </w:r>
      <w:r w:rsidR="00DC0C90">
        <w:t xml:space="preserve"> (Arial 11</w:t>
      </w:r>
      <w:r w:rsidR="00512CF6">
        <w:t>, centrado</w:t>
      </w:r>
      <w:r w:rsidR="00910EC9">
        <w:t>, estilo Autoría</w:t>
      </w:r>
      <w:r w:rsidR="00DC0C90">
        <w:t>)</w:t>
      </w:r>
    </w:p>
    <w:p w14:paraId="5A955C68" w14:textId="4BFFD934" w:rsidR="002A7AFB" w:rsidRPr="00DC0C90" w:rsidRDefault="00157FBC" w:rsidP="00512CF6">
      <w:pPr>
        <w:pStyle w:val="Filiacin"/>
      </w:pPr>
      <w:r w:rsidRPr="00DC0C90">
        <w:t xml:space="preserve">Institución(es) de los autores, ciudad, país. </w:t>
      </w:r>
      <w:r w:rsidR="00EE1D06" w:rsidRPr="00DC0C90">
        <w:t>*</w:t>
      </w:r>
      <w:r w:rsidRPr="00DC0C90">
        <w:t xml:space="preserve">E-mail del </w:t>
      </w:r>
      <w:r w:rsidRPr="00512CF6">
        <w:t>autor</w:t>
      </w:r>
      <w:r w:rsidRPr="00DC0C90">
        <w:t xml:space="preserve"> responsable</w:t>
      </w:r>
      <w:r w:rsidR="00DC0C90">
        <w:t xml:space="preserve"> (Arial 10</w:t>
      </w:r>
      <w:r w:rsidR="00512CF6">
        <w:t>, centrado</w:t>
      </w:r>
      <w:r w:rsidR="00910EC9">
        <w:t>, estilo Filiación</w:t>
      </w:r>
      <w:r w:rsidR="00DC0C90">
        <w:t>)</w:t>
      </w:r>
    </w:p>
    <w:p w14:paraId="3E22A4C0" w14:textId="77777777" w:rsidR="00EE1D06" w:rsidRPr="00DC0C90" w:rsidRDefault="00EE1D06">
      <w:pPr>
        <w:rPr>
          <w:sz w:val="20"/>
          <w:szCs w:val="20"/>
          <w:lang w:val="es-AR"/>
        </w:rPr>
      </w:pPr>
    </w:p>
    <w:p w14:paraId="391DC6A7" w14:textId="39E62FF7" w:rsidR="002A7AFB" w:rsidRDefault="00157FBC">
      <w:pPr>
        <w:rPr>
          <w:lang w:val="es-AR"/>
        </w:rPr>
      </w:pPr>
      <w:r w:rsidRPr="00A602C4">
        <w:rPr>
          <w:lang w:val="es-AR"/>
        </w:rPr>
        <w:t>Texto del resumen</w:t>
      </w:r>
      <w:r w:rsidR="00FB67CE">
        <w:rPr>
          <w:lang w:val="es-AR"/>
        </w:rPr>
        <w:t>:</w:t>
      </w:r>
      <w:r w:rsidRPr="00A602C4">
        <w:rPr>
          <w:lang w:val="es-AR"/>
        </w:rPr>
        <w:t xml:space="preserve"> (mínimo 500 palabras, Arial 11, interlineado 1.15, justificado</w:t>
      </w:r>
      <w:r w:rsidR="00FB67CE">
        <w:rPr>
          <w:lang w:val="es-AR"/>
        </w:rPr>
        <w:t>). S</w:t>
      </w:r>
      <w:r w:rsidRPr="00A602C4">
        <w:rPr>
          <w:lang w:val="es-AR"/>
        </w:rPr>
        <w:t xml:space="preserve">in subtítulos, palabras clave ni notas al pie. </w:t>
      </w:r>
      <w:r w:rsidR="00A602C4" w:rsidRPr="00EE1D06">
        <w:rPr>
          <w:lang w:val="es-AR"/>
        </w:rPr>
        <w:t>Extensión máxima:</w:t>
      </w:r>
      <w:r w:rsidRPr="00EE1D06">
        <w:rPr>
          <w:lang w:val="es-AR"/>
        </w:rPr>
        <w:t xml:space="preserve"> </w:t>
      </w:r>
      <w:r w:rsidRPr="00EE1D06">
        <w:rPr>
          <w:u w:val="single"/>
          <w:lang w:val="es-AR"/>
        </w:rPr>
        <w:t>2 páginas</w:t>
      </w:r>
      <w:r w:rsidRPr="00EE1D06">
        <w:rPr>
          <w:lang w:val="es-AR"/>
        </w:rPr>
        <w:t xml:space="preserve"> incluyendo figura, tabla y referencias.</w:t>
      </w:r>
      <w:r w:rsidR="00910EC9">
        <w:rPr>
          <w:lang w:val="es-AR"/>
        </w:rPr>
        <w:t xml:space="preserve"> (Estilo Normal)</w:t>
      </w:r>
    </w:p>
    <w:p w14:paraId="592F3A13" w14:textId="77777777" w:rsidR="00181FA5" w:rsidRPr="00EE1D06" w:rsidRDefault="00181FA5">
      <w:pPr>
        <w:rPr>
          <w:lang w:val="es-AR"/>
        </w:rPr>
      </w:pPr>
    </w:p>
    <w:p w14:paraId="4A664EAB" w14:textId="77777777" w:rsidR="00EE1D06" w:rsidRDefault="00EE1D06">
      <w:pPr>
        <w:jc w:val="center"/>
        <w:rPr>
          <w:lang w:val="es-AR"/>
        </w:rPr>
      </w:pPr>
    </w:p>
    <w:p w14:paraId="537231DF" w14:textId="77777777" w:rsidR="00EE1D06" w:rsidRDefault="00EE1D06">
      <w:pPr>
        <w:jc w:val="center"/>
        <w:rPr>
          <w:lang w:val="es-AR"/>
        </w:rPr>
      </w:pPr>
    </w:p>
    <w:p w14:paraId="465ACD02" w14:textId="51E4D953" w:rsidR="002A7AFB" w:rsidRDefault="00157FBC">
      <w:pPr>
        <w:jc w:val="center"/>
        <w:rPr>
          <w:lang w:val="es-AR"/>
        </w:rPr>
      </w:pPr>
      <w:r w:rsidRPr="00A602C4">
        <w:rPr>
          <w:lang w:val="es-AR"/>
        </w:rPr>
        <w:t>[Insertar figura aquí, centrada. Ancho máximo de la caja. Resolución 300 dpi. Texto interno legible, fuente mínima 6 pt.]</w:t>
      </w:r>
    </w:p>
    <w:p w14:paraId="139115A1" w14:textId="77777777" w:rsidR="00910F60" w:rsidRPr="00A602C4" w:rsidRDefault="00910F60">
      <w:pPr>
        <w:jc w:val="center"/>
        <w:rPr>
          <w:lang w:val="es-AR"/>
        </w:rPr>
      </w:pPr>
      <w:bookmarkStart w:id="0" w:name="_GoBack"/>
      <w:bookmarkEnd w:id="0"/>
    </w:p>
    <w:p w14:paraId="2477A57D" w14:textId="3F376B28" w:rsidR="002A7AFB" w:rsidRPr="00910EC9" w:rsidRDefault="00157FBC" w:rsidP="00910EC9">
      <w:pPr>
        <w:pStyle w:val="Autora-titfigura"/>
      </w:pPr>
      <w:r w:rsidRPr="00910EC9">
        <w:rPr>
          <w:b/>
        </w:rPr>
        <w:t>Figura 1.</w:t>
      </w:r>
      <w:r w:rsidRPr="00910EC9">
        <w:t xml:space="preserve"> Breve leyenda explicativa</w:t>
      </w:r>
      <w:r w:rsidR="00910EC9">
        <w:t xml:space="preserve"> (Estilo Autoría)</w:t>
      </w:r>
    </w:p>
    <w:p w14:paraId="1D146522" w14:textId="05955351" w:rsidR="002A7AFB" w:rsidRPr="00910EC9" w:rsidRDefault="00157FBC" w:rsidP="00910EC9">
      <w:pPr>
        <w:pStyle w:val="Autora-titfigura"/>
      </w:pPr>
      <w:r w:rsidRPr="00910EC9">
        <w:rPr>
          <w:b/>
        </w:rPr>
        <w:t>Tabla 1</w:t>
      </w:r>
      <w:r w:rsidRPr="00910EC9">
        <w:t>. Título de la tabla.</w:t>
      </w:r>
      <w:r w:rsidR="00910EC9">
        <w:t xml:space="preserve"> (Estilo Autoría)</w:t>
      </w:r>
    </w:p>
    <w:p w14:paraId="32789016" w14:textId="77777777" w:rsidR="002A7AFB" w:rsidRPr="00A602C4" w:rsidRDefault="00157FBC" w:rsidP="00910EC9">
      <w:pPr>
        <w:pStyle w:val="Autora-titfigura"/>
      </w:pPr>
      <w:r w:rsidRPr="00A602C4">
        <w:t>Leyenda: Descripción breve de la información contenida en la tabla.</w:t>
      </w:r>
    </w:p>
    <w:p w14:paraId="7CE28555" w14:textId="77777777" w:rsidR="00EE1D06" w:rsidRDefault="00EE1D06">
      <w:pPr>
        <w:rPr>
          <w:lang w:val="es-AR"/>
        </w:rPr>
      </w:pPr>
    </w:p>
    <w:p w14:paraId="563C6173" w14:textId="22CB3EDB" w:rsidR="002A7AFB" w:rsidRPr="00512CF6" w:rsidRDefault="00157FBC" w:rsidP="00512CF6">
      <w:pPr>
        <w:pStyle w:val="Bibliografa"/>
      </w:pPr>
      <w:r w:rsidRPr="00512CF6">
        <w:rPr>
          <w:b/>
        </w:rPr>
        <w:t>Referencias</w:t>
      </w:r>
      <w:r w:rsidRPr="00512CF6">
        <w:t xml:space="preserve"> (Arial 1</w:t>
      </w:r>
      <w:r w:rsidR="00DC0C90" w:rsidRPr="00512CF6">
        <w:t>0</w:t>
      </w:r>
      <w:r w:rsidRPr="00512CF6">
        <w:t>, sin sangría ni subtítulos, máximo 5 citas)</w:t>
      </w:r>
      <w:r w:rsidR="00910EC9">
        <w:t>. (Estilo Bibliografía)</w:t>
      </w:r>
    </w:p>
    <w:p w14:paraId="00AEEDED" w14:textId="6CA8A122" w:rsidR="00EE1D06" w:rsidRPr="00512CF6" w:rsidRDefault="00157FBC" w:rsidP="00512CF6">
      <w:pPr>
        <w:pStyle w:val="Bibliografa"/>
      </w:pPr>
      <w:r w:rsidRPr="00512CF6">
        <w:t xml:space="preserve">Apellido, N., Año. Título del artículo. </w:t>
      </w:r>
      <w:r w:rsidRPr="00512CF6">
        <w:rPr>
          <w:i/>
        </w:rPr>
        <w:t>Revista</w:t>
      </w:r>
      <w:r w:rsidRPr="00512CF6">
        <w:t xml:space="preserve">, </w:t>
      </w:r>
      <w:proofErr w:type="gramStart"/>
      <w:r w:rsidRPr="00512CF6">
        <w:t>volumen(</w:t>
      </w:r>
      <w:proofErr w:type="gramEnd"/>
      <w:r w:rsidRPr="00512CF6">
        <w:t>número): páginas</w:t>
      </w:r>
      <w:r w:rsidR="00EE1D06" w:rsidRPr="00512CF6">
        <w:t>.</w:t>
      </w:r>
    </w:p>
    <w:p w14:paraId="53E3D37F" w14:textId="20EF3355" w:rsidR="00910F60" w:rsidRPr="007F383C" w:rsidRDefault="00157FBC" w:rsidP="00910F60">
      <w:pPr>
        <w:pStyle w:val="Bibliografa"/>
      </w:pPr>
      <w:r w:rsidRPr="00512CF6">
        <w:t xml:space="preserve">Apellido, N., Año. </w:t>
      </w:r>
      <w:r w:rsidRPr="00512CF6">
        <w:rPr>
          <w:i/>
        </w:rPr>
        <w:t>Título del libro</w:t>
      </w:r>
      <w:r w:rsidRPr="00512CF6">
        <w:t>. Editorial, páginas.</w:t>
      </w:r>
    </w:p>
    <w:sectPr w:rsidR="00910F60" w:rsidRPr="007F383C" w:rsidSect="00910F60">
      <w:headerReference w:type="first" r:id="rId9"/>
      <w:pgSz w:w="12240" w:h="15840"/>
      <w:pgMar w:top="1418" w:right="1418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4E70D" w14:textId="77777777" w:rsidR="007220FB" w:rsidRDefault="007220FB">
      <w:pPr>
        <w:spacing w:after="0" w:line="240" w:lineRule="auto"/>
      </w:pPr>
      <w:r>
        <w:separator/>
      </w:r>
    </w:p>
  </w:endnote>
  <w:endnote w:type="continuationSeparator" w:id="0">
    <w:p w14:paraId="0F005620" w14:textId="77777777" w:rsidR="007220FB" w:rsidRDefault="00722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671E1" w14:textId="77777777" w:rsidR="007220FB" w:rsidRDefault="007220FB">
      <w:pPr>
        <w:spacing w:after="0" w:line="240" w:lineRule="auto"/>
      </w:pPr>
      <w:r>
        <w:separator/>
      </w:r>
    </w:p>
  </w:footnote>
  <w:footnote w:type="continuationSeparator" w:id="0">
    <w:p w14:paraId="3C133E11" w14:textId="77777777" w:rsidR="007220FB" w:rsidRDefault="00722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FFBF6" w14:textId="77777777" w:rsidR="00910F60" w:rsidRPr="00A602C4" w:rsidRDefault="00910F60" w:rsidP="00910F60">
    <w:pPr>
      <w:pStyle w:val="Encabezado"/>
      <w:ind w:firstLine="1440"/>
      <w:jc w:val="right"/>
      <w:rPr>
        <w:lang w:val="es-AR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7A71F87C" wp14:editId="0156B160">
          <wp:simplePos x="0" y="0"/>
          <wp:positionH relativeFrom="column">
            <wp:posOffset>-357505</wp:posOffset>
          </wp:positionH>
          <wp:positionV relativeFrom="paragraph">
            <wp:posOffset>-323850</wp:posOffset>
          </wp:positionV>
          <wp:extent cx="1015952" cy="981075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ncuent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0867" cy="985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02C4">
      <w:rPr>
        <w:rFonts w:cs="Arial"/>
        <w:b/>
        <w:bCs/>
        <w:i/>
        <w:iCs/>
        <w:color w:val="000000"/>
        <w:lang w:val="es-AR"/>
      </w:rPr>
      <w:t xml:space="preserve"> </w:t>
    </w:r>
    <w:r w:rsidRPr="00A602C4">
      <w:rPr>
        <w:b/>
        <w:bCs/>
        <w:i/>
        <w:iCs/>
        <w:lang w:val="es-AR"/>
      </w:rPr>
      <w:t xml:space="preserve">2° Encuentro Internacional de </w:t>
    </w:r>
    <w:proofErr w:type="spellStart"/>
    <w:r w:rsidRPr="00A602C4">
      <w:rPr>
        <w:b/>
        <w:bCs/>
        <w:i/>
        <w:iCs/>
        <w:lang w:val="es-AR"/>
      </w:rPr>
      <w:t>Geoturismo</w:t>
    </w:r>
    <w:proofErr w:type="spellEnd"/>
    <w:r w:rsidRPr="00A602C4">
      <w:rPr>
        <w:b/>
        <w:bCs/>
        <w:i/>
        <w:iCs/>
        <w:lang w:val="es-AR"/>
      </w:rPr>
      <w:t xml:space="preserve">, </w:t>
    </w:r>
    <w:proofErr w:type="spellStart"/>
    <w:r w:rsidRPr="00A602C4">
      <w:rPr>
        <w:b/>
        <w:bCs/>
        <w:i/>
        <w:iCs/>
        <w:lang w:val="es-AR"/>
      </w:rPr>
      <w:t>Geoparques</w:t>
    </w:r>
    <w:proofErr w:type="spellEnd"/>
    <w:r w:rsidRPr="00A602C4">
      <w:rPr>
        <w:b/>
        <w:bCs/>
        <w:i/>
        <w:iCs/>
        <w:lang w:val="es-AR"/>
      </w:rPr>
      <w:t xml:space="preserve"> y Volcanes </w:t>
    </w:r>
    <w:proofErr w:type="spellStart"/>
    <w:r w:rsidRPr="00A602C4">
      <w:rPr>
        <w:b/>
        <w:bCs/>
        <w:i/>
        <w:iCs/>
        <w:lang w:val="es-AR"/>
      </w:rPr>
      <w:t>Caviahue</w:t>
    </w:r>
    <w:r>
      <w:rPr>
        <w:b/>
        <w:bCs/>
        <w:i/>
        <w:iCs/>
        <w:lang w:val="es-AR"/>
      </w:rPr>
      <w:t>-Copahue</w:t>
    </w:r>
    <w:proofErr w:type="spellEnd"/>
    <w:r w:rsidRPr="00A602C4">
      <w:rPr>
        <w:b/>
        <w:bCs/>
        <w:i/>
        <w:iCs/>
        <w:lang w:val="es-AR"/>
      </w:rPr>
      <w:t>, Argentina</w:t>
    </w:r>
  </w:p>
  <w:p w14:paraId="22232309" w14:textId="6838A432" w:rsidR="00910F60" w:rsidRDefault="00910F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C5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F2A99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B5C5D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962B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7FBC"/>
    <w:rsid w:val="00181FA5"/>
    <w:rsid w:val="001D2ABA"/>
    <w:rsid w:val="0029639D"/>
    <w:rsid w:val="002A7AFB"/>
    <w:rsid w:val="00326F90"/>
    <w:rsid w:val="005021F1"/>
    <w:rsid w:val="00512CF6"/>
    <w:rsid w:val="00714E76"/>
    <w:rsid w:val="007220FB"/>
    <w:rsid w:val="007F383C"/>
    <w:rsid w:val="008425A3"/>
    <w:rsid w:val="008D2A30"/>
    <w:rsid w:val="00910EC9"/>
    <w:rsid w:val="00910F60"/>
    <w:rsid w:val="00A602C4"/>
    <w:rsid w:val="00AA1D8D"/>
    <w:rsid w:val="00B47730"/>
    <w:rsid w:val="00B65E43"/>
    <w:rsid w:val="00CB0664"/>
    <w:rsid w:val="00DA77CB"/>
    <w:rsid w:val="00DC0C90"/>
    <w:rsid w:val="00EE1D06"/>
    <w:rsid w:val="00F44D24"/>
    <w:rsid w:val="00FB67CE"/>
    <w:rsid w:val="00FC693F"/>
    <w:rsid w:val="00FF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6468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4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22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uiPriority w:val="3"/>
    <w:qFormat/>
    <w:rsid w:val="00FB67CE"/>
    <w:pPr>
      <w:spacing w:after="120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qFormat/>
    <w:rsid w:val="00181FA5"/>
    <w:pPr>
      <w:spacing w:after="240"/>
      <w:jc w:val="center"/>
      <w:outlineLvl w:val="0"/>
    </w:pPr>
    <w:rPr>
      <w:b/>
      <w:bCs/>
      <w:sz w:val="24"/>
      <w:szCs w:val="24"/>
      <w:lang w:val="es-AR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12CF6"/>
    <w:pPr>
      <w:outlineLvl w:val="1"/>
    </w:pPr>
    <w:rPr>
      <w:sz w:val="22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181FA5"/>
    <w:pPr>
      <w:spacing w:after="240"/>
      <w:jc w:val="center"/>
      <w:outlineLvl w:val="2"/>
    </w:pPr>
    <w:rPr>
      <w:bCs/>
      <w:iCs/>
      <w:lang w:val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customStyle="1" w:styleId="Autora-titfiguratablasleyenda">
    <w:name w:val="Autoría - tit figura;tablas;leyenda"/>
    <w:basedOn w:val="Ttulo3"/>
    <w:uiPriority w:val="1"/>
    <w:qFormat/>
    <w:rsid w:val="00FB67CE"/>
  </w:style>
  <w:style w:type="character" w:customStyle="1" w:styleId="Ttulo1Car">
    <w:name w:val="Título 1 Car"/>
    <w:basedOn w:val="Fuentedeprrafopredeter"/>
    <w:link w:val="Ttulo1"/>
    <w:rsid w:val="00FB67CE"/>
    <w:rPr>
      <w:rFonts w:ascii="Arial" w:hAnsi="Arial"/>
      <w:b/>
      <w:bCs/>
      <w:sz w:val="24"/>
      <w:szCs w:val="24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512CF6"/>
    <w:rPr>
      <w:rFonts w:ascii="Arial" w:hAnsi="Arial"/>
      <w:b/>
      <w:bCs/>
      <w:szCs w:val="24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rsid w:val="00181FA5"/>
    <w:rPr>
      <w:rFonts w:ascii="Arial" w:hAnsi="Arial"/>
      <w:bCs/>
      <w:iCs/>
      <w:lang w:val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semiHidden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semiHidden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semiHidden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semiHidden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semiHidden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semiHidden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ibliografa">
    <w:name w:val="Bibliography"/>
    <w:basedOn w:val="Normal"/>
    <w:next w:val="Normal"/>
    <w:uiPriority w:val="10"/>
    <w:qFormat/>
    <w:rsid w:val="00512CF6"/>
    <w:pPr>
      <w:ind w:left="720" w:hanging="720"/>
    </w:pPr>
    <w:rPr>
      <w:sz w:val="20"/>
      <w:szCs w:val="20"/>
      <w:lang w:val="es-AR"/>
    </w:rPr>
  </w:style>
  <w:style w:type="paragraph" w:customStyle="1" w:styleId="Filiacin">
    <w:name w:val="Filiación"/>
    <w:basedOn w:val="Normal"/>
    <w:uiPriority w:val="2"/>
    <w:qFormat/>
    <w:rsid w:val="00181FA5"/>
    <w:pPr>
      <w:jc w:val="center"/>
    </w:pPr>
    <w:rPr>
      <w:sz w:val="20"/>
      <w:szCs w:val="20"/>
      <w:lang w:val="es-AR"/>
    </w:rPr>
  </w:style>
  <w:style w:type="paragraph" w:customStyle="1" w:styleId="Autora-titfigura">
    <w:name w:val="Autoría - tit figura"/>
    <w:aliases w:val="tablas,leyenda"/>
    <w:basedOn w:val="Ttulo3"/>
    <w:rsid w:val="00910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4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22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9" w:qFormat="1"/>
  </w:latentStyles>
  <w:style w:type="paragraph" w:default="1" w:styleId="Normal">
    <w:name w:val="Normal"/>
    <w:uiPriority w:val="3"/>
    <w:qFormat/>
    <w:rsid w:val="00FB67CE"/>
    <w:pPr>
      <w:spacing w:after="120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qFormat/>
    <w:rsid w:val="00181FA5"/>
    <w:pPr>
      <w:spacing w:after="240"/>
      <w:jc w:val="center"/>
      <w:outlineLvl w:val="0"/>
    </w:pPr>
    <w:rPr>
      <w:b/>
      <w:bCs/>
      <w:sz w:val="24"/>
      <w:szCs w:val="24"/>
      <w:lang w:val="es-AR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12CF6"/>
    <w:pPr>
      <w:outlineLvl w:val="1"/>
    </w:pPr>
    <w:rPr>
      <w:sz w:val="22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181FA5"/>
    <w:pPr>
      <w:spacing w:after="240"/>
      <w:jc w:val="center"/>
      <w:outlineLvl w:val="2"/>
    </w:pPr>
    <w:rPr>
      <w:bCs/>
      <w:iCs/>
      <w:lang w:val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customStyle="1" w:styleId="Autora-titfiguratablasleyenda">
    <w:name w:val="Autoría - tit figura;tablas;leyenda"/>
    <w:basedOn w:val="Ttulo3"/>
    <w:uiPriority w:val="1"/>
    <w:qFormat/>
    <w:rsid w:val="00FB67CE"/>
  </w:style>
  <w:style w:type="character" w:customStyle="1" w:styleId="Ttulo1Car">
    <w:name w:val="Título 1 Car"/>
    <w:basedOn w:val="Fuentedeprrafopredeter"/>
    <w:link w:val="Ttulo1"/>
    <w:rsid w:val="00FB67CE"/>
    <w:rPr>
      <w:rFonts w:ascii="Arial" w:hAnsi="Arial"/>
      <w:b/>
      <w:bCs/>
      <w:sz w:val="24"/>
      <w:szCs w:val="24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rsid w:val="00512CF6"/>
    <w:rPr>
      <w:rFonts w:ascii="Arial" w:hAnsi="Arial"/>
      <w:b/>
      <w:bCs/>
      <w:szCs w:val="24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rsid w:val="00181FA5"/>
    <w:rPr>
      <w:rFonts w:ascii="Arial" w:hAnsi="Arial"/>
      <w:bCs/>
      <w:iCs/>
      <w:lang w:val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semiHidden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semiHidden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intenso">
    <w:name w:val="Intense Emphasis"/>
    <w:basedOn w:val="Fuentedeprrafopredeter"/>
    <w:uiPriority w:val="21"/>
    <w:semiHidden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semiHidden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semiHidden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semiHidden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ibliografa">
    <w:name w:val="Bibliography"/>
    <w:basedOn w:val="Normal"/>
    <w:next w:val="Normal"/>
    <w:uiPriority w:val="10"/>
    <w:qFormat/>
    <w:rsid w:val="00512CF6"/>
    <w:pPr>
      <w:ind w:left="720" w:hanging="720"/>
    </w:pPr>
    <w:rPr>
      <w:sz w:val="20"/>
      <w:szCs w:val="20"/>
      <w:lang w:val="es-AR"/>
    </w:rPr>
  </w:style>
  <w:style w:type="paragraph" w:customStyle="1" w:styleId="Filiacin">
    <w:name w:val="Filiación"/>
    <w:basedOn w:val="Normal"/>
    <w:uiPriority w:val="2"/>
    <w:qFormat/>
    <w:rsid w:val="00181FA5"/>
    <w:pPr>
      <w:jc w:val="center"/>
    </w:pPr>
    <w:rPr>
      <w:sz w:val="20"/>
      <w:szCs w:val="20"/>
      <w:lang w:val="es-AR"/>
    </w:rPr>
  </w:style>
  <w:style w:type="paragraph" w:customStyle="1" w:styleId="Autora-titfigura">
    <w:name w:val="Autoría - tit figura"/>
    <w:aliases w:val="tablas,leyenda"/>
    <w:basedOn w:val="Ttulo3"/>
    <w:rsid w:val="0091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B9AAF3-E0D3-4178-82FC-0EAEC7FD7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Ignacio Artola</cp:lastModifiedBy>
  <cp:revision>8</cp:revision>
  <dcterms:created xsi:type="dcterms:W3CDTF">2025-05-09T15:35:00Z</dcterms:created>
  <dcterms:modified xsi:type="dcterms:W3CDTF">2025-05-09T16:53:00Z</dcterms:modified>
</cp:coreProperties>
</file>